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161"/>
        <w:tblW w:w="9464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412"/>
      </w:tblGrid>
      <w:tr w:rsidR="00F03541" w14:paraId="1F5AC702" w14:textId="77777777" w:rsidTr="00F03541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85C48" w14:textId="77777777" w:rsidR="00F03541" w:rsidRDefault="00F03541" w:rsidP="00F03541">
            <w:pPr>
              <w:jc w:val="center"/>
              <w:rPr>
                <w:sz w:val="22"/>
              </w:rPr>
            </w:pPr>
            <w:bookmarkStart w:id="0" w:name="_GoBack"/>
            <w:r>
              <w:rPr>
                <w:noProof/>
                <w:sz w:val="22"/>
              </w:rPr>
              <w:drawing>
                <wp:anchor distT="0" distB="0" distL="114300" distR="114300" simplePos="0" relativeHeight="251658240" behindDoc="1" locked="0" layoutInCell="1" allowOverlap="1" wp14:anchorId="262548AF" wp14:editId="7F623929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691BC3" w14:textId="77777777" w:rsidR="00F03541" w:rsidRDefault="00F03541" w:rsidP="00F03541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F03541" w14:paraId="078E0BE4" w14:textId="77777777" w:rsidTr="00F03541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14FEB" w14:textId="77777777" w:rsidR="00F03541" w:rsidRDefault="00F03541" w:rsidP="00F03541">
            <w:pPr>
              <w:rPr>
                <w:sz w:val="22"/>
              </w:rPr>
            </w:pPr>
          </w:p>
        </w:tc>
        <w:tc>
          <w:tcPr>
            <w:tcW w:w="7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B3F369" w14:textId="77777777" w:rsidR="00F03541" w:rsidRDefault="00F03541" w:rsidP="00F03541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F03541" w14:paraId="7A90EA57" w14:textId="77777777" w:rsidTr="00F03541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F055" w14:textId="77777777" w:rsidR="00F03541" w:rsidRDefault="00F03541" w:rsidP="00F03541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92EA28" w14:textId="77777777" w:rsidR="00F03541" w:rsidRDefault="00F03541" w:rsidP="00F03541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2DF558" w14:textId="77777777" w:rsidR="00F03541" w:rsidRDefault="00F03541" w:rsidP="00F03541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552A11B3" w14:textId="77777777" w:rsidR="00F03541" w:rsidRDefault="00F03541" w:rsidP="00F03541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49F5ECF9" w14:textId="77777777" w:rsidR="00F03541" w:rsidRDefault="00F03541" w:rsidP="00F03541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F03541" w14:paraId="0AF3D98D" w14:textId="77777777" w:rsidTr="00F03541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AFC4D" w14:textId="77777777" w:rsidR="00F03541" w:rsidRDefault="00F03541" w:rsidP="00F03541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D2DD0A5" w14:textId="77777777" w:rsidR="00F03541" w:rsidRDefault="00F03541" w:rsidP="00F03541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01AA060A" w14:textId="77777777" w:rsidR="00F03541" w:rsidRDefault="00F03541" w:rsidP="00F03541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72B654AB" w14:textId="77777777" w:rsidR="00F03541" w:rsidRDefault="00F03541" w:rsidP="00F03541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DB1650" w14:textId="77777777" w:rsidR="00F03541" w:rsidRDefault="00F03541" w:rsidP="00F03541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F03541" w14:paraId="03DBE678" w14:textId="77777777" w:rsidTr="00F03541">
        <w:trPr>
          <w:trHeight w:val="229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DAB92" w14:textId="77777777" w:rsidR="00F03541" w:rsidRDefault="00F03541" w:rsidP="00F03541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  <w:bookmarkEnd w:id="0"/>
    </w:tbl>
    <w:p w14:paraId="4AB60E06" w14:textId="77777777" w:rsidR="00F03541" w:rsidRDefault="00F03541" w:rsidP="00F03541">
      <w:pPr>
        <w:spacing w:before="80" w:after="40"/>
        <w:rPr>
          <w:b/>
          <w:sz w:val="28"/>
          <w:lang w:val="fr-FR"/>
        </w:rPr>
      </w:pPr>
    </w:p>
    <w:p w14:paraId="74537991" w14:textId="77777777" w:rsidR="00F03541" w:rsidRDefault="00F03541" w:rsidP="00F03541">
      <w:pPr>
        <w:spacing w:before="80" w:after="60"/>
        <w:rPr>
          <w:b/>
        </w:rPr>
      </w:pPr>
    </w:p>
    <w:p w14:paraId="0DA02E3B" w14:textId="77777777" w:rsidR="007F7E84" w:rsidRDefault="00917E59">
      <w:pPr>
        <w:spacing w:before="140" w:after="40"/>
        <w:jc w:val="center"/>
      </w:pPr>
      <w:r>
        <w:rPr>
          <w:b/>
          <w:sz w:val="34"/>
        </w:rPr>
        <w:t>CERERE</w:t>
      </w:r>
    </w:p>
    <w:p w14:paraId="6D7AC252" w14:textId="77777777" w:rsidR="007F7E84" w:rsidRDefault="007F7E8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055C8110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DACD7" w14:textId="77777777" w:rsidR="007F7E84" w:rsidRDefault="00917E59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505208" w14:paraId="312FDBCD" w14:textId="77777777">
        <w:trPr>
          <w:cantSplit/>
          <w:trHeight w:val="510"/>
        </w:trPr>
        <w:tc>
          <w:tcPr>
            <w:tcW w:w="9636" w:type="dxa"/>
          </w:tcPr>
          <w:p w14:paraId="48CFE4D4" w14:textId="77777777" w:rsidR="007F7E84" w:rsidRPr="00243AD6" w:rsidRDefault="00917E59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A8A84AF" w14:textId="77777777" w:rsidR="007F7E84" w:rsidRPr="00243AD6" w:rsidRDefault="00917E59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comunei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sector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F112E7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:rsidRPr="00505208" w14:paraId="49FA6A50" w14:textId="77777777">
        <w:trPr>
          <w:cantSplit/>
        </w:trPr>
        <w:tc>
          <w:tcPr>
            <w:tcW w:w="9636" w:type="dxa"/>
            <w:shd w:val="clear" w:color="auto" w:fill="F4F4F4"/>
          </w:tcPr>
          <w:p w14:paraId="14102224" w14:textId="77777777" w:rsidR="007F7E84" w:rsidRPr="00243AD6" w:rsidRDefault="00917E59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orașului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</w:t>
            </w:r>
            <w:r w:rsidRPr="00243AD6">
              <w:rPr>
                <w:lang w:val="fr-FR"/>
              </w:rPr>
              <w:t>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14:paraId="26CD517C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 w14:paraId="19CFF21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BBD465" w14:textId="77777777" w:rsidR="007F7E84" w:rsidRDefault="00917E59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 w14:paraId="52A7E1F8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EB8AC3" w14:textId="77777777"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14:paraId="2B370720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9191782" w14:textId="77777777" w:rsidR="007F7E84" w:rsidRDefault="007F7E84">
            <w:pPr>
              <w:keepNext/>
            </w:pPr>
          </w:p>
        </w:tc>
      </w:tr>
      <w:tr w:rsidR="007F7E84" w14:paraId="1D5BB24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94B7CC" w14:textId="77777777" w:rsidR="007F7E84" w:rsidRDefault="00917E59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 w14:paraId="229F2206" w14:textId="77777777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14:paraId="776E7F87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51F57CD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7E7833C1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14:paraId="64665C9C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5FBC349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67F8F99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6B4D6BE" w14:textId="77777777" w:rsidR="007F7E84" w:rsidRDefault="007F7E84">
            <w:pPr>
              <w:keepNext/>
            </w:pPr>
          </w:p>
        </w:tc>
      </w:tr>
      <w:tr w:rsidR="007F7E84" w14:paraId="7F0BAC5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DE90257" w14:textId="77777777" w:rsidR="007F7E84" w:rsidRDefault="00917E59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 w14:paraId="7EB0CBB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3FAA5B4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14:paraId="11B39720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1B96AF6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31492C05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F2A8EAF" w14:textId="77777777" w:rsidR="007F7E84" w:rsidRDefault="007F7E84">
            <w:pPr>
              <w:keepNext/>
            </w:pPr>
          </w:p>
        </w:tc>
      </w:tr>
      <w:tr w:rsidR="007F7E84" w14:paraId="05FD705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DAC4505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54E0D789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0B99363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7A581707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784E1F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4259C85D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9686E1B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0654BEE1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C2B72A2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29D9BA32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C8E80F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567B3D66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50EF4380" w14:textId="77777777" w:rsidR="007F7E84" w:rsidRDefault="007F7E84">
            <w:pPr>
              <w:keepNext/>
            </w:pPr>
          </w:p>
        </w:tc>
      </w:tr>
      <w:tr w:rsidR="007F7E84" w14:paraId="368088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CBE0EB" w14:textId="77777777" w:rsidR="007F7E84" w:rsidRDefault="00917E59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 w14:paraId="0E1801D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48A1E7D" w14:textId="77777777"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14:paraId="11C07076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EA72A8C" w14:textId="77777777" w:rsidR="007F7E84" w:rsidRDefault="007F7E84">
            <w:pPr>
              <w:keepNext/>
            </w:pPr>
          </w:p>
        </w:tc>
      </w:tr>
      <w:tr w:rsidR="007F7E84" w14:paraId="5D9688D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0C86A7" w14:textId="77777777" w:rsidR="007F7E84" w:rsidRDefault="00917E59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 w14:paraId="60ABE85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856FB42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5BF1C4CD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6517E4A8" w14:textId="77777777" w:rsidR="007F7E84" w:rsidRDefault="007F7E84">
            <w:pPr>
              <w:keepNext/>
            </w:pPr>
          </w:p>
        </w:tc>
      </w:tr>
      <w:tr w:rsidR="007F7E84" w:rsidRPr="00505208" w14:paraId="4E3D7D48" w14:textId="77777777">
        <w:trPr>
          <w:cantSplit/>
        </w:trPr>
        <w:tc>
          <w:tcPr>
            <w:tcW w:w="9636" w:type="dxa"/>
            <w:gridSpan w:val="8"/>
          </w:tcPr>
          <w:p w14:paraId="3DFDD768" w14:textId="77777777" w:rsidR="007F7E84" w:rsidRPr="00243AD6" w:rsidRDefault="00917E59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243AD6" w:rsidRDefault="007F7E84">
      <w:pPr>
        <w:spacing w:line="168" w:lineRule="auto"/>
        <w:rPr>
          <w:lang w:val="fr-FR"/>
        </w:rPr>
      </w:pPr>
    </w:p>
    <w:p w14:paraId="43AABD16" w14:textId="77777777" w:rsidR="007F7E84" w:rsidRPr="00243AD6" w:rsidRDefault="00917E59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Legea</w:t>
      </w:r>
      <w:proofErr w:type="spellEnd"/>
      <w:r w:rsidRPr="00243AD6">
        <w:rPr>
          <w:sz w:val="18"/>
          <w:lang w:val="fr-FR"/>
        </w:rPr>
        <w:t xml:space="preserve">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04BB4E9A" w14:textId="77777777" w:rsidR="007F7E84" w:rsidRDefault="00917E59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0C31867" w14:textId="77777777" w:rsidR="007F7E84" w:rsidRDefault="00917E59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77777777" w:rsidR="007F7E84" w:rsidRDefault="00917E59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0CAD30A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100EFDDA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2D5828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289BC6B5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B22CEDD" w14:textId="77777777" w:rsidR="007F7E84" w:rsidRDefault="007F7E84">
            <w:pPr>
              <w:keepNext/>
            </w:pPr>
          </w:p>
        </w:tc>
      </w:tr>
      <w:tr w:rsidR="007F7E84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4B31EA8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14:paraId="26ABF57D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DF589D0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3FB4BC64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3AC1B47" w14:textId="77777777" w:rsidR="007F7E84" w:rsidRDefault="007F7E84">
            <w:pPr>
              <w:keepNext/>
            </w:pPr>
          </w:p>
        </w:tc>
        <w:tc>
          <w:tcPr>
            <w:tcW w:w="2409" w:type="dxa"/>
          </w:tcPr>
          <w:p w14:paraId="4C9F2931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0FC11B3" w14:textId="77777777" w:rsidR="007F7E84" w:rsidRDefault="007F7E84">
            <w:pPr>
              <w:keepNext/>
            </w:pPr>
          </w:p>
        </w:tc>
      </w:tr>
      <w:tr w:rsidR="007F7E84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243AD6" w:rsidRDefault="00917E59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14:paraId="1C491F6C" w14:textId="77777777" w:rsidR="007F7E84" w:rsidRPr="00243AD6" w:rsidRDefault="00917E59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14:paraId="3C47406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47DDAC1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B3DC7D9" w14:textId="77777777" w:rsidR="007F7E84" w:rsidRDefault="007F7E84">
            <w:pPr>
              <w:keepNext/>
            </w:pPr>
          </w:p>
        </w:tc>
      </w:tr>
      <w:tr w:rsidR="007F7E84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Default="00917E59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2335E80A" w14:textId="1B6EA979" w:rsidR="007F7E84" w:rsidRDefault="007F7E84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Default="00917E59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 w14:paraId="727F54F8" w14:textId="77777777">
        <w:trPr>
          <w:cantSplit/>
        </w:trPr>
        <w:tc>
          <w:tcPr>
            <w:tcW w:w="9636" w:type="dxa"/>
          </w:tcPr>
          <w:p w14:paraId="23619AE0" w14:textId="77777777" w:rsidR="007F7E84" w:rsidRPr="00243AD6" w:rsidRDefault="00917E59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505208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243AD6" w:rsidRDefault="00917E59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14:paraId="006DD817" w14:textId="77777777" w:rsidR="007F7E84" w:rsidRPr="00243AD6" w:rsidRDefault="00917E59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11078F60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Default="00917E59">
            <w:pPr>
              <w:keepNext/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7F7E84" w:rsidRPr="00505208" w14:paraId="05C2ADAA" w14:textId="77777777">
        <w:trPr>
          <w:cantSplit/>
        </w:trPr>
        <w:tc>
          <w:tcPr>
            <w:tcW w:w="9636" w:type="dxa"/>
          </w:tcPr>
          <w:p w14:paraId="55218CA8" w14:textId="77777777" w:rsidR="007F7E84" w:rsidRDefault="00917E59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locuință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desfășurată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</w:p>
          <w:p w14:paraId="031DF070" w14:textId="77777777" w:rsidR="007F7E84" w:rsidRDefault="00917E59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anexă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locuinței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gospodărească</w:t>
            </w:r>
            <w:proofErr w:type="spellEnd"/>
            <w:r>
              <w:rPr>
                <w:sz w:val="16"/>
              </w:rPr>
              <w:t xml:space="preserve"> / a </w:t>
            </w:r>
            <w:proofErr w:type="spellStart"/>
            <w:r>
              <w:rPr>
                <w:sz w:val="16"/>
              </w:rPr>
              <w:t>exploatației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agricole</w:t>
            </w:r>
            <w:proofErr w:type="spellEnd"/>
            <w:r>
              <w:rPr>
                <w:sz w:val="16"/>
              </w:rPr>
              <w:t xml:space="preserve">, de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</w:p>
          <w:p w14:paraId="2E9D9F47" w14:textId="77777777" w:rsidR="007F7E84" w:rsidRDefault="00917E59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închidere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balcoanelor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extindere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pe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public</w:t>
            </w:r>
          </w:p>
          <w:p w14:paraId="6FF42F2C" w14:textId="77777777" w:rsidR="007F7E84" w:rsidRPr="00243AD6" w:rsidRDefault="00917E59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excepție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505208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24C30B52" w:rsidR="007F7E84" w:rsidRPr="00505208" w:rsidRDefault="00917E59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lastRenderedPageBreak/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P.A.C. nr. / data</w:t>
            </w:r>
          </w:p>
          <w:p w14:paraId="081D303B" w14:textId="77777777" w:rsidR="007F7E84" w:rsidRDefault="007F7E84">
            <w:pPr>
              <w:keepNext/>
            </w:pPr>
          </w:p>
        </w:tc>
        <w:tc>
          <w:tcPr>
            <w:tcW w:w="4015" w:type="dxa"/>
          </w:tcPr>
          <w:p w14:paraId="62CFEEEB" w14:textId="77777777" w:rsidR="007F7E84" w:rsidRDefault="00917E59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5E0DA30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4C33644F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nr. </w:t>
            </w:r>
            <w:r>
              <w:rPr>
                <w:b/>
                <w:color w:val="0D5F78"/>
              </w:rPr>
              <w:t>TNA</w:t>
            </w:r>
          </w:p>
          <w:p w14:paraId="6A9C09B5" w14:textId="77777777" w:rsidR="007F7E84" w:rsidRDefault="007F7E84">
            <w:pPr>
              <w:keepNext/>
            </w:pPr>
          </w:p>
        </w:tc>
      </w:tr>
      <w:tr w:rsidR="007F7E84" w:rsidRPr="00243AD6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243AD6" w:rsidRDefault="00917E59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230A5D1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FA204DC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5A14D07" w14:textId="77777777" w:rsidR="007F7E84" w:rsidRDefault="007F7E84">
            <w:pPr>
              <w:keepNext/>
            </w:pPr>
          </w:p>
        </w:tc>
      </w:tr>
      <w:tr w:rsidR="007F7E84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243AD6" w:rsidRDefault="00917E59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de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3477543A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1BBAEC3E" w14:textId="77777777" w:rsidR="007F7E84" w:rsidRDefault="007F7E84">
            <w:pPr>
              <w:keepNext/>
            </w:pPr>
          </w:p>
        </w:tc>
      </w:tr>
      <w:tr w:rsidR="007F7E84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151EC45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85F072F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50A37E26" w14:textId="77777777" w:rsidR="007F7E84" w:rsidRDefault="007F7E84">
            <w:pPr>
              <w:keepNext/>
            </w:pPr>
          </w:p>
        </w:tc>
      </w:tr>
      <w:tr w:rsidR="007F7E84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14EC1B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0569AADA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41CC10DD" w14:textId="77777777" w:rsidR="007F7E84" w:rsidRDefault="007F7E84">
            <w:pPr>
              <w:keepNext/>
            </w:pPr>
          </w:p>
        </w:tc>
      </w:tr>
      <w:tr w:rsidR="007F7E84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243AD6" w:rsidRDefault="00917E59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de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5E8E242D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3F35EFA" w14:textId="77777777" w:rsidR="007F7E84" w:rsidRDefault="007F7E84">
            <w:pPr>
              <w:keepNext/>
            </w:pPr>
          </w:p>
        </w:tc>
      </w:tr>
      <w:tr w:rsidR="007F7E84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243AD6" w:rsidRDefault="00917E59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de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26370942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Default="00917E59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272D9917" w14:textId="77777777" w:rsidR="007F7E84" w:rsidRDefault="007F7E84">
            <w:pPr>
              <w:keepNext/>
            </w:pPr>
          </w:p>
        </w:tc>
      </w:tr>
    </w:tbl>
    <w:p w14:paraId="41CCD39B" w14:textId="77777777" w:rsidR="007F7E84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20B5DC55" w14:textId="77777777"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14:paraId="4281267D" w14:textId="77777777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4FCC2520" w14:textId="77777777"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14:paraId="753CB3B7" w14:textId="6B74F72C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0C4E7A7D" w14:textId="3C35C112" w:rsidR="00505208" w:rsidRDefault="00505208" w:rsidP="00505208">
            <w:pPr>
              <w:keepNext/>
            </w:pPr>
          </w:p>
        </w:tc>
      </w:tr>
    </w:tbl>
    <w:p w14:paraId="2627342D" w14:textId="77777777" w:rsidR="00505208" w:rsidRDefault="00505208">
      <w:pPr>
        <w:spacing w:line="168" w:lineRule="auto"/>
        <w:rPr>
          <w:lang w:val="fr-FR"/>
        </w:rPr>
      </w:pPr>
    </w:p>
    <w:p w14:paraId="09646C57" w14:textId="77777777"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Default="00917E59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 xml:space="preserve">ANEXEZ </w:t>
            </w:r>
            <w:r>
              <w:rPr>
                <w:b/>
                <w:color w:val="000000"/>
                <w:sz w:val="18"/>
              </w:rPr>
              <w:t>LA PREZENTA CERERE</w:t>
            </w:r>
          </w:p>
        </w:tc>
      </w:tr>
      <w:tr w:rsidR="007F7E84" w:rsidRPr="00243AD6" w14:paraId="50733968" w14:textId="77777777">
        <w:trPr>
          <w:cantSplit/>
        </w:trPr>
        <w:tc>
          <w:tcPr>
            <w:tcW w:w="9636" w:type="dxa"/>
          </w:tcPr>
          <w:p w14:paraId="29C04712" w14:textId="258E71DF" w:rsidR="007F7E84" w:rsidRPr="00243AD6" w:rsidRDefault="00917E59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 w14:paraId="704050C4" w14:textId="77777777">
        <w:trPr>
          <w:cantSplit/>
        </w:trPr>
        <w:tc>
          <w:tcPr>
            <w:tcW w:w="9636" w:type="dxa"/>
          </w:tcPr>
          <w:p w14:paraId="6F6E29A3" w14:textId="2BF2E960" w:rsidR="007F7E84" w:rsidRPr="00243AD6" w:rsidRDefault="00917E59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emitenții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</w:t>
            </w:r>
            <w:proofErr w:type="gramStart"/>
            <w:r w:rsidRPr="00243AD6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7F7E84" w:rsidRPr="00505208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FF9083D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 w14:paraId="7492A795" w14:textId="77777777">
        <w:trPr>
          <w:cantSplit/>
        </w:trPr>
        <w:tc>
          <w:tcPr>
            <w:tcW w:w="9636" w:type="dxa"/>
          </w:tcPr>
          <w:p w14:paraId="10A3BCE7" w14:textId="1C91C02E" w:rsidR="007F7E84" w:rsidRPr="00243AD6" w:rsidRDefault="00917E59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505208" w14:paraId="17E8F375" w14:textId="77777777">
        <w:trPr>
          <w:cantSplit/>
        </w:trPr>
        <w:tc>
          <w:tcPr>
            <w:tcW w:w="9636" w:type="dxa"/>
          </w:tcPr>
          <w:p w14:paraId="0702B0EA" w14:textId="77777777" w:rsidR="004E3C9A" w:rsidRDefault="00917E59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14:paraId="5DA3E17B" w14:textId="76685374" w:rsidR="004E3C9A" w:rsidRDefault="004E3C9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de a</w:t>
            </w:r>
            <w:proofErr w:type="gram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14:paraId="3933EBC7" w14:textId="1B568958" w:rsidR="007F7E84" w:rsidRPr="00243AD6" w:rsidRDefault="004E3C9A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505208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243AD6" w:rsidRDefault="00917E59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</w:t>
            </w:r>
            <w:r w:rsidRPr="00243AD6">
              <w:rPr>
                <w:i/>
                <w:sz w:val="17"/>
                <w:lang w:val="fr-FR"/>
              </w:rPr>
              <w:t>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Default="00917E59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Default="00917E59">
            <w:r>
              <w:rPr>
                <w:b/>
                <w:color w:val="0D5F78"/>
              </w:rPr>
              <w:t>Data</w:t>
            </w:r>
          </w:p>
          <w:p w14:paraId="77A9FAF1" w14:textId="77777777" w:rsidR="007F7E84" w:rsidRDefault="007F7E84"/>
        </w:tc>
        <w:tc>
          <w:tcPr>
            <w:tcW w:w="4818" w:type="dxa"/>
          </w:tcPr>
          <w:p w14:paraId="4F0CD454" w14:textId="77777777" w:rsidR="007F7E84" w:rsidRDefault="00917E59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3A3A8032" w14:textId="77777777" w:rsidR="007F7E84" w:rsidRDefault="007F7E84"/>
        </w:tc>
        <w:tc>
          <w:tcPr>
            <w:tcW w:w="3212" w:type="dxa"/>
          </w:tcPr>
          <w:p w14:paraId="7154C44B" w14:textId="77777777" w:rsidR="007F7E84" w:rsidRDefault="00917E59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BFB720C" w14:textId="77777777" w:rsidR="007F7E84" w:rsidRDefault="007F7E84"/>
        </w:tc>
      </w:tr>
    </w:tbl>
    <w:p w14:paraId="0705B62B" w14:textId="77777777" w:rsidR="007F7E84" w:rsidRDefault="007F7E84">
      <w:pPr>
        <w:spacing w:line="168" w:lineRule="auto"/>
      </w:pPr>
    </w:p>
    <w:sectPr w:rsidR="007F7E84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35946" w14:textId="77777777" w:rsidR="00917E59" w:rsidRDefault="00917E59">
      <w:r>
        <w:separator/>
      </w:r>
    </w:p>
  </w:endnote>
  <w:endnote w:type="continuationSeparator" w:id="0">
    <w:p w14:paraId="6DD4D9CD" w14:textId="77777777" w:rsidR="00917E59" w:rsidRDefault="00917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84EE5" w14:textId="23249E35" w:rsidR="007F7E84" w:rsidRDefault="00917E59">
    <w:pPr>
      <w:pStyle w:val="Footer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AD6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AD6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B8B5A" w14:textId="77777777" w:rsidR="00917E59" w:rsidRDefault="00917E59">
      <w:r>
        <w:separator/>
      </w:r>
    </w:p>
  </w:footnote>
  <w:footnote w:type="continuationSeparator" w:id="0">
    <w:p w14:paraId="51D83D37" w14:textId="77777777" w:rsidR="00917E59" w:rsidRDefault="00917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AD6"/>
    <w:rsid w:val="0029639D"/>
    <w:rsid w:val="0031113E"/>
    <w:rsid w:val="00326F90"/>
    <w:rsid w:val="00411853"/>
    <w:rsid w:val="0041750F"/>
    <w:rsid w:val="004E3C9A"/>
    <w:rsid w:val="00505208"/>
    <w:rsid w:val="006816CD"/>
    <w:rsid w:val="006C103E"/>
    <w:rsid w:val="007F7E84"/>
    <w:rsid w:val="00917E59"/>
    <w:rsid w:val="00AA1D8D"/>
    <w:rsid w:val="00B47730"/>
    <w:rsid w:val="00BF1A07"/>
    <w:rsid w:val="00CB0664"/>
    <w:rsid w:val="00E61A6B"/>
    <w:rsid w:val="00F035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53665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035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F77D14-4E1A-4B67-9745-B9F7BA3C7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652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2026-09-23T10:07:00Z</dcterms:modified>
  <cp:category/>
</cp:coreProperties>
</file>